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[Your Business Name]</w:t>
      </w:r>
    </w:p>
    <w:p>
      <w:pPr>
        <w:jc w:val="center"/>
      </w:pPr>
      <w:r>
        <w:rPr>
          <w:color w:val="555555"/>
          <w:sz w:val="22"/>
        </w:rPr>
        <w:t>Grooming Price List  ·  [Phone]  ·  [Website or booking link]</w:t>
      </w:r>
    </w:p>
    <w:p>
      <w:r>
        <w:rPr>
          <w:i/>
          <w:color w:val="555555"/>
          <w:sz w:val="18"/>
        </w:rPr>
        <w:t>Template from packyard.app/dog-grooming-price-list-template. Replace every [bracket] and $______ with your own details, delete rows you don't offer, and delete this line.</w:t>
      </w:r>
    </w:p>
    <w:p>
      <w:pPr>
        <w:pStyle w:val="Heading2"/>
      </w:pPr>
      <w:r>
        <w:t>Full groom</w:t>
      </w:r>
    </w:p>
    <w:p>
      <w:r>
        <w:t>Bath, blow-dry, haircut, nail trim, ear cleaning and sanitary trim.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68"/>
        <w:gridCol w:w="1968"/>
        <w:gridCol w:w="1968"/>
        <w:gridCol w:w="1968"/>
        <w:gridCol w:w="1968"/>
      </w:tblGrid>
      <w:tr>
        <w:tc>
          <w:tcPr>
            <w:tcW w:type="dxa" w:w="1968"/>
          </w:tcPr>
          <w:p>
            <w:r/>
            <w:r>
              <w:rPr>
                <w:b/>
              </w:rPr>
              <w:t>Size</w:t>
            </w:r>
          </w:p>
        </w:tc>
        <w:tc>
          <w:tcPr>
            <w:tcW w:type="dxa" w:w="1968"/>
          </w:tcPr>
          <w:p>
            <w:r/>
            <w:r>
              <w:rPr>
                <w:b/>
              </w:rPr>
              <w:t>Weight</w:t>
            </w:r>
          </w:p>
        </w:tc>
        <w:tc>
          <w:tcPr>
            <w:tcW w:type="dxa" w:w="1968"/>
          </w:tcPr>
          <w:p>
            <w:r/>
            <w:r>
              <w:rPr>
                <w:b/>
              </w:rPr>
              <w:t>Short coat</w:t>
            </w:r>
          </w:p>
        </w:tc>
        <w:tc>
          <w:tcPr>
            <w:tcW w:type="dxa" w:w="1968"/>
          </w:tcPr>
          <w:p>
            <w:r/>
            <w:r>
              <w:rPr>
                <w:b/>
              </w:rPr>
              <w:t>Medium coat</w:t>
            </w:r>
          </w:p>
        </w:tc>
        <w:tc>
          <w:tcPr>
            <w:tcW w:type="dxa" w:w="1968"/>
          </w:tcPr>
          <w:p>
            <w:r/>
            <w:r>
              <w:rPr>
                <w:b/>
              </w:rPr>
              <w:t>Long or double coat</w:t>
            </w:r>
          </w:p>
        </w:tc>
      </w:tr>
      <w:tr>
        <w:tc>
          <w:tcPr>
            <w:tcW w:type="dxa" w:w="1968"/>
          </w:tcPr>
          <w:p>
            <w:r>
              <w:t>Small</w:t>
            </w:r>
          </w:p>
        </w:tc>
        <w:tc>
          <w:tcPr>
            <w:tcW w:type="dxa" w:w="1968"/>
          </w:tcPr>
          <w:p>
            <w:r>
              <w:t>Up to 20 lb</w:t>
            </w:r>
          </w:p>
        </w:tc>
        <w:tc>
          <w:tcPr>
            <w:tcW w:type="dxa" w:w="1968"/>
          </w:tcPr>
          <w:p>
            <w:r>
              <w:t>$______</w:t>
            </w:r>
          </w:p>
        </w:tc>
        <w:tc>
          <w:tcPr>
            <w:tcW w:type="dxa" w:w="1968"/>
          </w:tcPr>
          <w:p>
            <w:r>
              <w:t>$______</w:t>
            </w:r>
          </w:p>
        </w:tc>
        <w:tc>
          <w:tcPr>
            <w:tcW w:type="dxa" w:w="1968"/>
          </w:tcPr>
          <w:p>
            <w:r>
              <w:t>$______</w:t>
            </w:r>
          </w:p>
        </w:tc>
      </w:tr>
      <w:tr>
        <w:tc>
          <w:tcPr>
            <w:tcW w:type="dxa" w:w="1968"/>
          </w:tcPr>
          <w:p>
            <w:r>
              <w:t>Medium</w:t>
            </w:r>
          </w:p>
        </w:tc>
        <w:tc>
          <w:tcPr>
            <w:tcW w:type="dxa" w:w="1968"/>
          </w:tcPr>
          <w:p>
            <w:r>
              <w:t>21–50 lb</w:t>
            </w:r>
          </w:p>
        </w:tc>
        <w:tc>
          <w:tcPr>
            <w:tcW w:type="dxa" w:w="1968"/>
          </w:tcPr>
          <w:p>
            <w:r>
              <w:t>$______</w:t>
            </w:r>
          </w:p>
        </w:tc>
        <w:tc>
          <w:tcPr>
            <w:tcW w:type="dxa" w:w="1968"/>
          </w:tcPr>
          <w:p>
            <w:r>
              <w:t>$______</w:t>
            </w:r>
          </w:p>
        </w:tc>
        <w:tc>
          <w:tcPr>
            <w:tcW w:type="dxa" w:w="1968"/>
          </w:tcPr>
          <w:p>
            <w:r>
              <w:t>$______</w:t>
            </w:r>
          </w:p>
        </w:tc>
      </w:tr>
      <w:tr>
        <w:tc>
          <w:tcPr>
            <w:tcW w:type="dxa" w:w="1968"/>
          </w:tcPr>
          <w:p>
            <w:r>
              <w:t>Large</w:t>
            </w:r>
          </w:p>
        </w:tc>
        <w:tc>
          <w:tcPr>
            <w:tcW w:type="dxa" w:w="1968"/>
          </w:tcPr>
          <w:p>
            <w:r>
              <w:t>51–90 lb</w:t>
            </w:r>
          </w:p>
        </w:tc>
        <w:tc>
          <w:tcPr>
            <w:tcW w:type="dxa" w:w="1968"/>
          </w:tcPr>
          <w:p>
            <w:r>
              <w:t>$______</w:t>
            </w:r>
          </w:p>
        </w:tc>
        <w:tc>
          <w:tcPr>
            <w:tcW w:type="dxa" w:w="1968"/>
          </w:tcPr>
          <w:p>
            <w:r>
              <w:t>$______</w:t>
            </w:r>
          </w:p>
        </w:tc>
        <w:tc>
          <w:tcPr>
            <w:tcW w:type="dxa" w:w="1968"/>
          </w:tcPr>
          <w:p>
            <w:r>
              <w:t>$______</w:t>
            </w:r>
          </w:p>
        </w:tc>
      </w:tr>
      <w:tr>
        <w:tc>
          <w:tcPr>
            <w:tcW w:type="dxa" w:w="1968"/>
          </w:tcPr>
          <w:p>
            <w:r>
              <w:t>Extra large</w:t>
            </w:r>
          </w:p>
        </w:tc>
        <w:tc>
          <w:tcPr>
            <w:tcW w:type="dxa" w:w="1968"/>
          </w:tcPr>
          <w:p>
            <w:r>
              <w:t>Over 90 lb</w:t>
            </w:r>
          </w:p>
        </w:tc>
        <w:tc>
          <w:tcPr>
            <w:tcW w:type="dxa" w:w="1968"/>
          </w:tcPr>
          <w:p>
            <w:r>
              <w:t>$______</w:t>
            </w:r>
          </w:p>
        </w:tc>
        <w:tc>
          <w:tcPr>
            <w:tcW w:type="dxa" w:w="1968"/>
          </w:tcPr>
          <w:p>
            <w:r>
              <w:t>$______</w:t>
            </w:r>
          </w:p>
        </w:tc>
        <w:tc>
          <w:tcPr>
            <w:tcW w:type="dxa" w:w="1968"/>
          </w:tcPr>
          <w:p>
            <w:r>
              <w:t>$______</w:t>
            </w:r>
          </w:p>
        </w:tc>
      </w:tr>
    </w:tbl>
    <w:p/>
    <w:p>
      <w:pPr>
        <w:pStyle w:val="Heading2"/>
      </w:pPr>
      <w:r>
        <w:t>Bath and tidy</w:t>
      </w:r>
    </w:p>
    <w:p>
      <w:r>
        <w:t>Bath, blow-dry, brush-out, nail trim, ear cleaning and a tidy of face, feet and sanitary area.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68"/>
        <w:gridCol w:w="1968"/>
        <w:gridCol w:w="1968"/>
        <w:gridCol w:w="1968"/>
        <w:gridCol w:w="1968"/>
      </w:tblGrid>
      <w:tr>
        <w:tc>
          <w:tcPr>
            <w:tcW w:type="dxa" w:w="1968"/>
          </w:tcPr>
          <w:p>
            <w:r/>
            <w:r>
              <w:rPr>
                <w:b/>
              </w:rPr>
              <w:t>Size</w:t>
            </w:r>
          </w:p>
        </w:tc>
        <w:tc>
          <w:tcPr>
            <w:tcW w:type="dxa" w:w="1968"/>
          </w:tcPr>
          <w:p>
            <w:r/>
            <w:r>
              <w:rPr>
                <w:b/>
              </w:rPr>
              <w:t>Weight</w:t>
            </w:r>
          </w:p>
        </w:tc>
        <w:tc>
          <w:tcPr>
            <w:tcW w:type="dxa" w:w="1968"/>
          </w:tcPr>
          <w:p>
            <w:r/>
            <w:r>
              <w:rPr>
                <w:b/>
              </w:rPr>
              <w:t>Short coat</w:t>
            </w:r>
          </w:p>
        </w:tc>
        <w:tc>
          <w:tcPr>
            <w:tcW w:type="dxa" w:w="1968"/>
          </w:tcPr>
          <w:p>
            <w:r/>
            <w:r>
              <w:rPr>
                <w:b/>
              </w:rPr>
              <w:t>Medium coat</w:t>
            </w:r>
          </w:p>
        </w:tc>
        <w:tc>
          <w:tcPr>
            <w:tcW w:type="dxa" w:w="1968"/>
          </w:tcPr>
          <w:p>
            <w:r/>
            <w:r>
              <w:rPr>
                <w:b/>
              </w:rPr>
              <w:t>Long or double coat</w:t>
            </w:r>
          </w:p>
        </w:tc>
      </w:tr>
      <w:tr>
        <w:tc>
          <w:tcPr>
            <w:tcW w:type="dxa" w:w="1968"/>
          </w:tcPr>
          <w:p>
            <w:r>
              <w:t>Small</w:t>
            </w:r>
          </w:p>
        </w:tc>
        <w:tc>
          <w:tcPr>
            <w:tcW w:type="dxa" w:w="1968"/>
          </w:tcPr>
          <w:p>
            <w:r>
              <w:t>Up to 20 lb</w:t>
            </w:r>
          </w:p>
        </w:tc>
        <w:tc>
          <w:tcPr>
            <w:tcW w:type="dxa" w:w="1968"/>
          </w:tcPr>
          <w:p>
            <w:r>
              <w:t>$______</w:t>
            </w:r>
          </w:p>
        </w:tc>
        <w:tc>
          <w:tcPr>
            <w:tcW w:type="dxa" w:w="1968"/>
          </w:tcPr>
          <w:p>
            <w:r>
              <w:t>$______</w:t>
            </w:r>
          </w:p>
        </w:tc>
        <w:tc>
          <w:tcPr>
            <w:tcW w:type="dxa" w:w="1968"/>
          </w:tcPr>
          <w:p>
            <w:r>
              <w:t>$______</w:t>
            </w:r>
          </w:p>
        </w:tc>
      </w:tr>
      <w:tr>
        <w:tc>
          <w:tcPr>
            <w:tcW w:type="dxa" w:w="1968"/>
          </w:tcPr>
          <w:p>
            <w:r>
              <w:t>Medium</w:t>
            </w:r>
          </w:p>
        </w:tc>
        <w:tc>
          <w:tcPr>
            <w:tcW w:type="dxa" w:w="1968"/>
          </w:tcPr>
          <w:p>
            <w:r>
              <w:t>21–50 lb</w:t>
            </w:r>
          </w:p>
        </w:tc>
        <w:tc>
          <w:tcPr>
            <w:tcW w:type="dxa" w:w="1968"/>
          </w:tcPr>
          <w:p>
            <w:r>
              <w:t>$______</w:t>
            </w:r>
          </w:p>
        </w:tc>
        <w:tc>
          <w:tcPr>
            <w:tcW w:type="dxa" w:w="1968"/>
          </w:tcPr>
          <w:p>
            <w:r>
              <w:t>$______</w:t>
            </w:r>
          </w:p>
        </w:tc>
        <w:tc>
          <w:tcPr>
            <w:tcW w:type="dxa" w:w="1968"/>
          </w:tcPr>
          <w:p>
            <w:r>
              <w:t>$______</w:t>
            </w:r>
          </w:p>
        </w:tc>
      </w:tr>
      <w:tr>
        <w:tc>
          <w:tcPr>
            <w:tcW w:type="dxa" w:w="1968"/>
          </w:tcPr>
          <w:p>
            <w:r>
              <w:t>Large</w:t>
            </w:r>
          </w:p>
        </w:tc>
        <w:tc>
          <w:tcPr>
            <w:tcW w:type="dxa" w:w="1968"/>
          </w:tcPr>
          <w:p>
            <w:r>
              <w:t>51–90 lb</w:t>
            </w:r>
          </w:p>
        </w:tc>
        <w:tc>
          <w:tcPr>
            <w:tcW w:type="dxa" w:w="1968"/>
          </w:tcPr>
          <w:p>
            <w:r>
              <w:t>$______</w:t>
            </w:r>
          </w:p>
        </w:tc>
        <w:tc>
          <w:tcPr>
            <w:tcW w:type="dxa" w:w="1968"/>
          </w:tcPr>
          <w:p>
            <w:r>
              <w:t>$______</w:t>
            </w:r>
          </w:p>
        </w:tc>
        <w:tc>
          <w:tcPr>
            <w:tcW w:type="dxa" w:w="1968"/>
          </w:tcPr>
          <w:p>
            <w:r>
              <w:t>$______</w:t>
            </w:r>
          </w:p>
        </w:tc>
      </w:tr>
      <w:tr>
        <w:tc>
          <w:tcPr>
            <w:tcW w:type="dxa" w:w="1968"/>
          </w:tcPr>
          <w:p>
            <w:r>
              <w:t>Extra large</w:t>
            </w:r>
          </w:p>
        </w:tc>
        <w:tc>
          <w:tcPr>
            <w:tcW w:type="dxa" w:w="1968"/>
          </w:tcPr>
          <w:p>
            <w:r>
              <w:t>Over 90 lb</w:t>
            </w:r>
          </w:p>
        </w:tc>
        <w:tc>
          <w:tcPr>
            <w:tcW w:type="dxa" w:w="1968"/>
          </w:tcPr>
          <w:p>
            <w:r>
              <w:t>$______</w:t>
            </w:r>
          </w:p>
        </w:tc>
        <w:tc>
          <w:tcPr>
            <w:tcW w:type="dxa" w:w="1968"/>
          </w:tcPr>
          <w:p>
            <w:r>
              <w:t>$______</w:t>
            </w:r>
          </w:p>
        </w:tc>
        <w:tc>
          <w:tcPr>
            <w:tcW w:type="dxa" w:w="1968"/>
          </w:tcPr>
          <w:p>
            <w:r>
              <w:t>$______</w:t>
            </w:r>
          </w:p>
        </w:tc>
      </w:tr>
    </w:tbl>
    <w:p/>
    <w:p>
      <w:pPr>
        <w:pStyle w:val="Heading2"/>
      </w:pPr>
      <w:r>
        <w:t>Puppy introduction</w:t>
      </w:r>
    </w:p>
    <w:p>
      <w:r>
        <w:t>For puppies under [6] months: a short first visit with a bath, face and feet tidy and nail trim. From $______.</w:t>
      </w:r>
    </w:p>
    <w:p>
      <w:pPr>
        <w:pStyle w:val="Heading2"/>
      </w:pPr>
      <w:r>
        <w:t>Add-ons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20"/>
        <w:gridCol w:w="4920"/>
      </w:tblGrid>
      <w:tr>
        <w:tc>
          <w:tcPr>
            <w:tcW w:type="dxa" w:w="4920"/>
          </w:tcPr>
          <w:p>
            <w:r/>
            <w:r>
              <w:rPr>
                <w:b/>
              </w:rPr>
              <w:t>Service</w:t>
            </w:r>
          </w:p>
        </w:tc>
        <w:tc>
          <w:tcPr>
            <w:tcW w:type="dxa" w:w="4920"/>
          </w:tcPr>
          <w:p>
            <w:r/>
            <w:r>
              <w:rPr>
                <w:b/>
              </w:rPr>
              <w:t>Price</w:t>
            </w:r>
          </w:p>
        </w:tc>
      </w:tr>
      <w:tr>
        <w:tc>
          <w:tcPr>
            <w:tcW w:type="dxa" w:w="4920"/>
          </w:tcPr>
          <w:p>
            <w:r>
              <w:t>Nail trim (walk-in)</w:t>
            </w:r>
          </w:p>
        </w:tc>
        <w:tc>
          <w:tcPr>
            <w:tcW w:type="dxa" w:w="4920"/>
          </w:tcPr>
          <w:p>
            <w:r>
              <w:t>$______</w:t>
            </w:r>
          </w:p>
        </w:tc>
      </w:tr>
      <w:tr>
        <w:tc>
          <w:tcPr>
            <w:tcW w:type="dxa" w:w="4920"/>
          </w:tcPr>
          <w:p>
            <w:r>
              <w:t>Nail grinding</w:t>
            </w:r>
          </w:p>
        </w:tc>
        <w:tc>
          <w:tcPr>
            <w:tcW w:type="dxa" w:w="4920"/>
          </w:tcPr>
          <w:p>
            <w:r>
              <w:t>$______</w:t>
            </w:r>
          </w:p>
        </w:tc>
      </w:tr>
      <w:tr>
        <w:tc>
          <w:tcPr>
            <w:tcW w:type="dxa" w:w="4920"/>
          </w:tcPr>
          <w:p>
            <w:r>
              <w:t>Teeth brushing</w:t>
            </w:r>
          </w:p>
        </w:tc>
        <w:tc>
          <w:tcPr>
            <w:tcW w:type="dxa" w:w="4920"/>
          </w:tcPr>
          <w:p>
            <w:r>
              <w:t>$______</w:t>
            </w:r>
          </w:p>
        </w:tc>
      </w:tr>
      <w:tr>
        <w:tc>
          <w:tcPr>
            <w:tcW w:type="dxa" w:w="4920"/>
          </w:tcPr>
          <w:p>
            <w:r>
              <w:t>De-shedding treatment</w:t>
            </w:r>
          </w:p>
        </w:tc>
        <w:tc>
          <w:tcPr>
            <w:tcW w:type="dxa" w:w="4920"/>
          </w:tcPr>
          <w:p>
            <w:r>
              <w:t>$______</w:t>
            </w:r>
          </w:p>
        </w:tc>
      </w:tr>
      <w:tr>
        <w:tc>
          <w:tcPr>
            <w:tcW w:type="dxa" w:w="4920"/>
          </w:tcPr>
          <w:p>
            <w:r>
              <w:t>Medicated or flea shampoo</w:t>
            </w:r>
          </w:p>
        </w:tc>
        <w:tc>
          <w:tcPr>
            <w:tcW w:type="dxa" w:w="4920"/>
          </w:tcPr>
          <w:p>
            <w:r>
              <w:t>$______</w:t>
            </w:r>
          </w:p>
        </w:tc>
      </w:tr>
      <w:tr>
        <w:tc>
          <w:tcPr>
            <w:tcW w:type="dxa" w:w="4920"/>
          </w:tcPr>
          <w:p>
            <w:r>
              <w:t>Paw pad and paw balm</w:t>
            </w:r>
          </w:p>
        </w:tc>
        <w:tc>
          <w:tcPr>
            <w:tcW w:type="dxa" w:w="4920"/>
          </w:tcPr>
          <w:p>
            <w:r>
              <w:t>$______</w:t>
            </w:r>
          </w:p>
        </w:tc>
      </w:tr>
      <w:tr>
        <w:tc>
          <w:tcPr>
            <w:tcW w:type="dxa" w:w="4920"/>
          </w:tcPr>
          <w:p>
            <w:r>
              <w:t>Bows, bandana or cologne</w:t>
            </w:r>
          </w:p>
        </w:tc>
        <w:tc>
          <w:tcPr>
            <w:tcW w:type="dxa" w:w="4920"/>
          </w:tcPr>
          <w:p>
            <w:r>
              <w:t>$______</w:t>
            </w:r>
          </w:p>
        </w:tc>
      </w:tr>
    </w:tbl>
    <w:p/>
    <w:p>
      <w:pPr>
        <w:pStyle w:val="Heading2"/>
      </w:pPr>
      <w:r>
        <w:t>Coat condition and handling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80"/>
        <w:gridCol w:w="3280"/>
        <w:gridCol w:w="3280"/>
      </w:tblGrid>
      <w:tr>
        <w:tc>
          <w:tcPr>
            <w:tcW w:type="dxa" w:w="3280"/>
          </w:tcPr>
          <w:p>
            <w:r/>
            <w:r>
              <w:rPr>
                <w:b/>
              </w:rPr>
              <w:t>Charge</w:t>
            </w:r>
          </w:p>
        </w:tc>
        <w:tc>
          <w:tcPr>
            <w:tcW w:type="dxa" w:w="3280"/>
          </w:tcPr>
          <w:p>
            <w:r/>
            <w:r>
              <w:rPr>
                <w:b/>
              </w:rPr>
              <w:t>Price</w:t>
            </w:r>
          </w:p>
        </w:tc>
        <w:tc>
          <w:tcPr>
            <w:tcW w:type="dxa" w:w="3280"/>
          </w:tcPr>
          <w:p>
            <w:r/>
            <w:r>
              <w:rPr>
                <w:b/>
              </w:rPr>
              <w:t>When it applies</w:t>
            </w:r>
          </w:p>
        </w:tc>
      </w:tr>
      <w:tr>
        <w:tc>
          <w:tcPr>
            <w:tcW w:type="dxa" w:w="3280"/>
          </w:tcPr>
          <w:p>
            <w:r>
              <w:t>Dematting</w:t>
            </w:r>
          </w:p>
        </w:tc>
        <w:tc>
          <w:tcPr>
            <w:tcW w:type="dxa" w:w="3280"/>
          </w:tcPr>
          <w:p>
            <w:r>
              <w:t>$______ per 15 min</w:t>
            </w:r>
          </w:p>
        </w:tc>
        <w:tc>
          <w:tcPr>
            <w:tcW w:type="dxa" w:w="3280"/>
          </w:tcPr>
          <w:p>
            <w:r>
              <w:t>Mats that can be brushed out safely</w:t>
            </w:r>
          </w:p>
        </w:tc>
      </w:tr>
      <w:tr>
        <w:tc>
          <w:tcPr>
            <w:tcW w:type="dxa" w:w="3280"/>
          </w:tcPr>
          <w:p>
            <w:r>
              <w:t>Matted shave-down</w:t>
            </w:r>
          </w:p>
        </w:tc>
        <w:tc>
          <w:tcPr>
            <w:tcW w:type="dxa" w:w="3280"/>
          </w:tcPr>
          <w:p>
            <w:r>
              <w:t>$______ extra</w:t>
            </w:r>
          </w:p>
        </w:tc>
        <w:tc>
          <w:tcPr>
            <w:tcW w:type="dxa" w:w="3280"/>
          </w:tcPr>
          <w:p>
            <w:r>
              <w:t>When dematting would hurt the dog</w:t>
            </w:r>
          </w:p>
        </w:tc>
      </w:tr>
      <w:tr>
        <w:tc>
          <w:tcPr>
            <w:tcW w:type="dxa" w:w="3280"/>
          </w:tcPr>
          <w:p>
            <w:r>
              <w:t>Handling fee</w:t>
            </w:r>
          </w:p>
        </w:tc>
        <w:tc>
          <w:tcPr>
            <w:tcW w:type="dxa" w:w="3280"/>
          </w:tcPr>
          <w:p>
            <w:r>
              <w:t>$______</w:t>
            </w:r>
          </w:p>
        </w:tc>
        <w:tc>
          <w:tcPr>
            <w:tcW w:type="dxa" w:w="3280"/>
          </w:tcPr>
          <w:p>
            <w:r>
              <w:t>Dogs who need a second person or extra time to groom safely</w:t>
            </w:r>
          </w:p>
        </w:tc>
      </w:tr>
      <w:tr>
        <w:tc>
          <w:tcPr>
            <w:tcW w:type="dxa" w:w="3280"/>
          </w:tcPr>
          <w:p>
            <w:r>
              <w:t>Late pickup</w:t>
            </w:r>
          </w:p>
        </w:tc>
        <w:tc>
          <w:tcPr>
            <w:tcW w:type="dxa" w:w="3280"/>
          </w:tcPr>
          <w:p>
            <w:r>
              <w:t>$______ per 15 min</w:t>
            </w:r>
          </w:p>
        </w:tc>
        <w:tc>
          <w:tcPr>
            <w:tcW w:type="dxa" w:w="3280"/>
          </w:tcPr>
          <w:p>
            <w:r>
              <w:t>After [15] minutes past your pickup time</w:t>
            </w:r>
          </w:p>
        </w:tc>
      </w:tr>
    </w:tbl>
    <w:p/>
    <w:p>
      <w:pPr>
        <w:pStyle w:val="Heading2"/>
      </w:pPr>
      <w:r>
        <w:t>Policies</w:t>
      </w:r>
    </w:p>
    <w:p>
      <w:pPr>
        <w:pStyle w:val="ListBullet"/>
      </w:pPr>
      <w:r>
        <w:t>Prices are a starting point. Your final price depends on your dog's size, coat condition and behavior on the day, and we'll tell you before we start if it will change.</w:t>
      </w:r>
    </w:p>
    <w:p>
      <w:pPr>
        <w:pStyle w:val="ListBullet"/>
      </w:pPr>
      <w:r>
        <w:t>Deposit: [amount or %] to book, applied to your total at checkout.</w:t>
      </w:r>
    </w:p>
    <w:p>
      <w:pPr>
        <w:pStyle w:val="ListBullet"/>
      </w:pPr>
      <w:r>
        <w:t>Cancellations: please give us [24] hours' notice. Late cancellations and no-shows are charged [amount or %].</w:t>
      </w:r>
    </w:p>
    <w:p>
      <w:pPr>
        <w:pStyle w:val="ListBullet"/>
      </w:pPr>
      <w:r>
        <w:t>Vaccinations: current rabies vaccination required. [Add others you require.]</w:t>
      </w:r>
    </w:p>
    <w:p>
      <w:pPr>
        <w:pStyle w:val="ListBullet"/>
      </w:pPr>
      <w:r>
        <w:t>We accept: [card, cash, other].</w:t>
      </w:r>
    </w:p>
    <w:sectPr w:rsidR="00FC693F" w:rsidRPr="0006063C" w:rsidSect="00034616">
      <w:pgSz w:w="12240" w:h="15840"/>
      <w:pgMar w:top="1080" w:right="1200" w:bottom="1080" w:left="12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0101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0101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10101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10101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