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Grooming Consent and Release Form</w:t>
      </w:r>
    </w:p>
    <w:p>
      <w:pPr>
        <w:jc w:val="center"/>
      </w:pPr>
      <w:r>
        <w:rPr>
          <w:color w:val="555555"/>
          <w:sz w:val="22"/>
        </w:rPr>
        <w:t>[Your Business Name]  ·  [Address]  ·  [Phone]</w:t>
      </w:r>
    </w:p>
    <w:p>
      <w:r>
        <w:rPr>
          <w:i/>
          <w:color w:val="555555"/>
          <w:sz w:val="18"/>
        </w:rPr>
        <w:t>Template from packyard.app/dog-grooming-consent-release-form. This is a starting point, not legal advice. Laws differ by state, so have a local attorney review your final version. Delete this line before use.</w:t>
      </w:r>
    </w:p>
    <w:p>
      <w:pPr>
        <w:pStyle w:val="Heading2"/>
      </w:pPr>
      <w:r>
        <w:t>Owner</w:t>
      </w:r>
    </w:p>
    <w:p>
      <w:r>
        <w:t>Name: ______________________________</w:t>
      </w:r>
    </w:p>
    <w:p>
      <w:r>
        <w:t>Phone: ______________________________</w:t>
      </w:r>
    </w:p>
    <w:p>
      <w:r>
        <w:t>Email: ______________________________</w:t>
      </w:r>
    </w:p>
    <w:p>
      <w:r>
        <w:t>Address: ______________________________</w:t>
      </w:r>
    </w:p>
    <w:p>
      <w:r>
        <w:t>Emergency contact and phone: ______________________________</w:t>
      </w:r>
    </w:p>
    <w:p>
      <w:pPr>
        <w:pStyle w:val="Heading2"/>
      </w:pPr>
      <w:r>
        <w:t>Pet</w:t>
      </w:r>
    </w:p>
    <w:p>
      <w:r>
        <w:t>Name: ______________________________</w:t>
      </w:r>
    </w:p>
    <w:p>
      <w:r>
        <w:t>Breed: ______________________________</w:t>
      </w:r>
    </w:p>
    <w:p>
      <w:r>
        <w:t>Age: ______________________________</w:t>
      </w:r>
    </w:p>
    <w:p>
      <w:r>
        <w:t>Weight: ______________________________</w:t>
      </w:r>
    </w:p>
    <w:p>
      <w:r>
        <w:t>Sex (spayed / neutered?): ______________________________</w:t>
      </w:r>
    </w:p>
    <w:p>
      <w:r>
        <w:t>Veterinarian and phone: ______________________________</w:t>
      </w:r>
    </w:p>
    <w:p>
      <w:pPr>
        <w:pStyle w:val="Heading2"/>
      </w:pPr>
      <w:r>
        <w:t>Health and history</w:t>
      </w:r>
    </w:p>
    <w:p>
      <w:r>
        <w:t>Rabies vaccination expiry date: ______________________________</w:t>
      </w:r>
    </w:p>
    <w:p>
      <w:r>
        <w:t>Medical conditions (heart, breathing, seizures, diabetes, arthritis, skin): ______________________________</w:t>
      </w:r>
    </w:p>
    <w:p>
      <w:r>
        <w:t>Current medications: ______________________________</w:t>
      </w:r>
    </w:p>
    <w:p>
      <w:r>
        <w:t>Allergies (including shampoos or products): ______________________________</w:t>
      </w:r>
    </w:p>
    <w:p>
      <w:r>
        <w:t>Recent surgery or injury: ______________________________</w:t>
      </w:r>
    </w:p>
    <w:p>
      <w:r>
        <w:t>Areas your pet doesn't like touched: ______________________________</w:t>
      </w:r>
    </w:p>
    <w:p>
      <w:r>
        <w:t>Bite history (yes / no; details): ______________________________</w:t>
      </w:r>
    </w:p>
    <w:p>
      <w:pPr>
        <w:pStyle w:val="Heading2"/>
      </w:pPr>
      <w:r>
        <w:t>Consent and release</w:t>
      </w:r>
    </w:p>
    <w:p>
      <w:r>
        <w:t>Please initial each item.</w:t>
      </w:r>
    </w:p>
    <w:p>
      <w:r>
        <w:t>_____ (initial)  Health. My pet is in good health to the best of my knowledge, and I have told the groomer about every condition listed above. Grooming can be stressful for senior, ill or anxious pets, and I accept that risk.</w:t>
      </w:r>
    </w:p>
    <w:p>
      <w:r>
        <w:t>_____ (initial)  Vaccinations. My pet's rabies vaccination is current. I will show proof when asked. [Business Name] may refuse service to a pet without it.</w:t>
      </w:r>
    </w:p>
    <w:p>
      <w:r>
        <w:t>_____ (initial)  Pre-existing conditions. Grooming can reveal conditions that were already there, such as skin irritation, hot spots, warts, cuts hidden under mats, or ear infections. [Business Name] is not responsible for these conditions.</w:t>
      </w:r>
    </w:p>
    <w:p>
      <w:r>
        <w:t>_____ (initial)  Matting. If my pet is matted, the groomer may need to shave the coat short, which changes how my pet looks. Shaving matted coat can expose irritated skin, and some pets scratch or shake their heads afterwards. Dematting and shave-downs are charged as on the price list ($______ per 15 minutes / $______ extra).</w:t>
      </w:r>
    </w:p>
    <w:p>
      <w:r>
        <w:t>_____ (initial)  Behavior and muzzles. The groomer may use a muzzle or other safe handling tools, or stop the groom, if my pet shows signs of biting or becomes too stressed to continue. I will be charged for the work done.</w:t>
      </w:r>
    </w:p>
    <w:p>
      <w:r>
        <w:t>_____ (initial)  Emergencies. If my pet is injured or becomes ill and I can't be reached, I authorize [Business Name] to take my pet to my veterinarian or the nearest emergency clinic. I am responsible for the cost of that care.</w:t>
      </w:r>
    </w:p>
    <w:p>
      <w:r>
        <w:t>_____ (initial)  Pickup. I will pick up my pet by the time agreed. A late pickup fee of $______ per 15 minutes applies after [15] minutes.</w:t>
      </w:r>
    </w:p>
    <w:p>
      <w:r>
        <w:t>_____ (initial)  Photos. [Business Name] may share photos of my pet on social media. (Cross out if you do not agree.)</w:t>
      </w:r>
    </w:p>
    <w:p>
      <w:pPr>
        <w:pStyle w:val="Heading2"/>
      </w:pPr>
      <w:r>
        <w:t>Signature</w:t>
      </w:r>
    </w:p>
    <w:p>
      <w:r>
        <w:t>I have read this form, my answers are true, and I agree to its terms for this and future grooming appointments until I give written notice or my pet's information changes.</w:t>
      </w:r>
    </w:p>
    <w:p>
      <w:r>
        <w:t>Owner signature: ______________________________</w:t>
      </w:r>
    </w:p>
    <w:p>
      <w:r>
        <w:t>Printed name: ______________________________</w:t>
      </w:r>
    </w:p>
    <w:p>
      <w:r>
        <w:t>Date: ______________________________</w:t>
      </w:r>
    </w:p>
    <w:sectPr w:rsidR="00FC693F" w:rsidRPr="0006063C" w:rsidSect="00034616">
      <w:pgSz w:w="12240" w:h="15840"/>
      <w:pgMar w:top="1080" w:right="1200" w:bottom="1080" w:left="12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0101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0101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0101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0101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