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[Your Business Name]</w:t>
      </w:r>
    </w:p>
    <w:p>
      <w:pPr>
        <w:jc w:val="center"/>
      </w:pPr>
      <w:r>
        <w:rPr>
          <w:color w:val="555555"/>
          <w:sz w:val="22"/>
        </w:rPr>
        <w:t>Dog Grooming Business Plan  ·  [Month, Year]</w:t>
      </w:r>
    </w:p>
    <w:p>
      <w:r>
        <w:rPr>
          <w:i/>
          <w:color w:val="555555"/>
          <w:sz w:val="18"/>
        </w:rPr>
        <w:t>Template from packyard.app/pet-grooming-business-plan. Each section has prompts in [brackets]. Replace them with your own answers and delete the prompts. Keep numbers you can back up.</w:t>
      </w:r>
    </w:p>
    <w:p>
      <w:pPr>
        <w:pStyle w:val="Heading2"/>
      </w:pPr>
      <w:r>
        <w:t>1. Executive summary</w:t>
      </w:r>
    </w:p>
    <w:p>
      <w:r>
        <w:t>[Write this last. In half a page: what you'll offer, to whom, where, how you're different, how much money you need and when you expect to break even.]</w:t>
      </w:r>
    </w:p>
    <w:p>
      <w:pPr>
        <w:pStyle w:val="Heading2"/>
      </w:pPr>
      <w:r>
        <w:t>2. Company description</w:t>
      </w:r>
    </w:p>
    <w:p>
      <w:r>
        <w:t>Business name and legal structure: [sole proprietor / LLC / corporation]</w:t>
      </w:r>
    </w:p>
    <w:p>
      <w:r>
        <w:t>Business type: [salon / home-based / mobile]</w:t>
      </w:r>
    </w:p>
    <w:p>
      <w:r>
        <w:t>Location: [address or service area]</w:t>
      </w:r>
    </w:p>
    <w:p>
      <w:r>
        <w:t>Owner(s) and grooming experience: [names, years, certifications]</w:t>
      </w:r>
    </w:p>
    <w:p>
      <w:r>
        <w:t>Mission: [one or two sentences]</w:t>
      </w:r>
    </w:p>
    <w:p>
      <w:pPr>
        <w:pStyle w:val="Heading2"/>
      </w:pPr>
      <w:r>
        <w:t>3. Services and pricing</w:t>
      </w:r>
    </w:p>
    <w:p>
      <w:r>
        <w:t>[List your core services and add-ons. Price by size and coat; see the free price list template.]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0"/>
        <w:gridCol w:w="1640"/>
        <w:gridCol w:w="1640"/>
        <w:gridCol w:w="1640"/>
        <w:gridCol w:w="1640"/>
        <w:gridCol w:w="1640"/>
      </w:tblGrid>
      <w:tr>
        <w:tc>
          <w:tcPr>
            <w:tcW w:type="dxa" w:w="1640"/>
          </w:tcPr>
          <w:p>
            <w:r/>
            <w:r>
              <w:rPr>
                <w:b/>
              </w:rPr>
              <w:t>Service</w:t>
            </w:r>
          </w:p>
        </w:tc>
        <w:tc>
          <w:tcPr>
            <w:tcW w:type="dxa" w:w="1640"/>
          </w:tcPr>
          <w:p>
            <w:r/>
            <w:r>
              <w:rPr>
                <w:b/>
              </w:rPr>
              <w:t>Small</w:t>
            </w:r>
          </w:p>
        </w:tc>
        <w:tc>
          <w:tcPr>
            <w:tcW w:type="dxa" w:w="1640"/>
          </w:tcPr>
          <w:p>
            <w:r/>
            <w:r>
              <w:rPr>
                <w:b/>
              </w:rPr>
              <w:t>Medium</w:t>
            </w:r>
          </w:p>
        </w:tc>
        <w:tc>
          <w:tcPr>
            <w:tcW w:type="dxa" w:w="1640"/>
          </w:tcPr>
          <w:p>
            <w:r/>
            <w:r>
              <w:rPr>
                <w:b/>
              </w:rPr>
              <w:t>Large</w:t>
            </w:r>
          </w:p>
        </w:tc>
        <w:tc>
          <w:tcPr>
            <w:tcW w:type="dxa" w:w="1640"/>
          </w:tcPr>
          <w:p>
            <w:r/>
            <w:r>
              <w:rPr>
                <w:b/>
              </w:rPr>
              <w:t>Extra large</w:t>
            </w:r>
          </w:p>
        </w:tc>
        <w:tc>
          <w:tcPr>
            <w:tcW w:type="dxa" w:w="1640"/>
          </w:tcPr>
          <w:p>
            <w:r/>
            <w:r>
              <w:rPr>
                <w:b/>
              </w:rPr>
              <w:t>Time (min)</w:t>
            </w:r>
          </w:p>
        </w:tc>
      </w:tr>
      <w:tr>
        <w:tc>
          <w:tcPr>
            <w:tcW w:type="dxa" w:w="1640"/>
          </w:tcPr>
          <w:p>
            <w:r>
              <w:t>Full groom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/>
          </w:p>
        </w:tc>
      </w:tr>
      <w:tr>
        <w:tc>
          <w:tcPr>
            <w:tcW w:type="dxa" w:w="1640"/>
          </w:tcPr>
          <w:p>
            <w:r>
              <w:t>Bath and tidy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/>
          </w:p>
        </w:tc>
      </w:tr>
      <w:tr>
        <w:tc>
          <w:tcPr>
            <w:tcW w:type="dxa" w:w="1640"/>
          </w:tcPr>
          <w:p>
            <w:r>
              <w:t>Puppy introduction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/>
          </w:p>
        </w:tc>
        <w:tc>
          <w:tcPr>
            <w:tcW w:type="dxa" w:w="1640"/>
          </w:tcPr>
          <w:p>
            <w:r/>
          </w:p>
        </w:tc>
        <w:tc>
          <w:tcPr>
            <w:tcW w:type="dxa" w:w="1640"/>
          </w:tcPr>
          <w:p>
            <w:r/>
          </w:p>
        </w:tc>
        <w:tc>
          <w:tcPr>
            <w:tcW w:type="dxa" w:w="1640"/>
          </w:tcPr>
          <w:p>
            <w:r/>
          </w:p>
        </w:tc>
      </w:tr>
      <w:tr>
        <w:tc>
          <w:tcPr>
            <w:tcW w:type="dxa" w:w="1640"/>
          </w:tcPr>
          <w:p>
            <w:r>
              <w:t>Nail trim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>
              <w:t>$______</w:t>
            </w:r>
          </w:p>
        </w:tc>
        <w:tc>
          <w:tcPr>
            <w:tcW w:type="dxa" w:w="1640"/>
          </w:tcPr>
          <w:p>
            <w:r/>
          </w:p>
        </w:tc>
      </w:tr>
    </w:tbl>
    <w:p/>
    <w:p>
      <w:pPr>
        <w:pStyle w:val="Heading2"/>
      </w:pPr>
      <w:r>
        <w:t>4. Market research</w:t>
      </w:r>
    </w:p>
    <w:p>
      <w:r>
        <w:t>[How many dog-owning households are in your area? Where did you get the number?]</w:t>
      </w:r>
    </w:p>
    <w:p>
      <w:r>
        <w:t>[Who are the nearby groomers? Their prices, hours, wait times and online reviews.]</w:t>
      </w:r>
    </w:p>
    <w:p>
      <w:r>
        <w:t>[What gap will you fill: availability, a breed specialty, anxious dogs, convenience?]</w:t>
      </w:r>
    </w:p>
    <w:p>
      <w:pPr>
        <w:pStyle w:val="Heading2"/>
      </w:pPr>
      <w:r>
        <w:t>5. Target customers</w:t>
      </w:r>
    </w:p>
    <w:p>
      <w:r>
        <w:t>[Describe your ideal client: dog breeds, how often they groom, how they book, what they care about most.]</w:t>
      </w:r>
    </w:p>
    <w:p>
      <w:pPr>
        <w:pStyle w:val="Heading2"/>
      </w:pPr>
      <w:r>
        <w:t>6. Marketing plan</w:t>
      </w:r>
    </w:p>
    <w:p>
      <w:r>
        <w:t>[How clients will find you: Google Business Profile, reviews, social media, vet and pet store referrals, a referral reward.]</w:t>
      </w:r>
    </w:p>
    <w:p>
      <w:r>
        <w:t>[How you'll keep them: pre-booking the next visit at checkout, reminders, a regular schedule.]</w:t>
      </w:r>
    </w:p>
    <w:p>
      <w:r>
        <w:t>Monthly marketing budget: $______</w:t>
      </w:r>
    </w:p>
    <w:p>
      <w:pPr>
        <w:pStyle w:val="Heading2"/>
      </w:pPr>
      <w:r>
        <w:t>7. Operations</w:t>
      </w:r>
    </w:p>
    <w:p>
      <w:r>
        <w:t>Hours: [days and times]</w:t>
      </w:r>
    </w:p>
    <w:p>
      <w:r>
        <w:t>Staff: [groomers, bathers, front desk; pay structure: commission, hourly or both]</w:t>
      </w:r>
    </w:p>
    <w:p>
      <w:r>
        <w:t>Equipment: [tables, tubs, dryers, clippers, kennels]</w:t>
      </w:r>
    </w:p>
    <w:p>
      <w:r>
        <w:t>Software: [booking, reminders, payments, client and pet records]</w:t>
      </w:r>
    </w:p>
    <w:p>
      <w:r>
        <w:t>Policies: [deposits, cancellations, vaccinations, matting]</w:t>
      </w:r>
    </w:p>
    <w:p>
      <w:r>
        <w:t>Licenses and insurance: [state and city requirements, general liability, care custody and control]</w:t>
      </w:r>
    </w:p>
    <w:p>
      <w:pPr>
        <w:pStyle w:val="Heading2"/>
      </w:pPr>
      <w:r>
        <w:t>8.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0"/>
        <w:gridCol w:w="4920"/>
      </w:tblGrid>
      <w:tr>
        <w:tc>
          <w:tcPr>
            <w:tcW w:type="dxa" w:w="4920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4920"/>
          </w:tcPr>
          <w:p>
            <w:r/>
            <w:r>
              <w:rPr>
                <w:b/>
              </w:rPr>
              <w:t>Cost</w:t>
            </w:r>
          </w:p>
        </w:tc>
      </w:tr>
      <w:tr>
        <w:tc>
          <w:tcPr>
            <w:tcW w:type="dxa" w:w="4920"/>
          </w:tcPr>
          <w:p>
            <w:r>
              <w:t>Lease deposit and build-out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Grooming equipment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Supplies (first 3 months)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Licenses, permits and insurance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Software and website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Marketing launch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Working capital (3–6 months of expenses)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Total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</w:tbl>
    <w:p/>
    <w:p>
      <w:pPr>
        <w:pStyle w:val="Heading2"/>
      </w:pPr>
      <w:r>
        <w:t>9. Monthly projections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0"/>
        <w:gridCol w:w="2460"/>
        <w:gridCol w:w="2460"/>
        <w:gridCol w:w="2460"/>
      </w:tblGrid>
      <w:tr>
        <w:tc>
          <w:tcPr>
            <w:tcW w:type="dxa" w:w="2460"/>
          </w:tcPr>
          <w:p>
            <w:r/>
            <w:r>
              <w:rPr>
                <w:b/>
              </w:rPr>
            </w:r>
          </w:p>
        </w:tc>
        <w:tc>
          <w:tcPr>
            <w:tcW w:type="dxa" w:w="2460"/>
          </w:tcPr>
          <w:p>
            <w:r/>
            <w:r>
              <w:rPr>
                <w:b/>
              </w:rPr>
              <w:t>Month 1</w:t>
            </w:r>
          </w:p>
        </w:tc>
        <w:tc>
          <w:tcPr>
            <w:tcW w:type="dxa" w:w="2460"/>
          </w:tcPr>
          <w:p>
            <w:r/>
            <w:r>
              <w:rPr>
                <w:b/>
              </w:rPr>
              <w:t>Month 6</w:t>
            </w:r>
          </w:p>
        </w:tc>
        <w:tc>
          <w:tcPr>
            <w:tcW w:type="dxa" w:w="2460"/>
          </w:tcPr>
          <w:p>
            <w:r/>
            <w:r>
              <w:rPr>
                <w:b/>
              </w:rPr>
              <w:t>Month 12</w:t>
            </w:r>
          </w:p>
        </w:tc>
      </w:tr>
      <w:tr>
        <w:tc>
          <w:tcPr>
            <w:tcW w:type="dxa" w:w="2460"/>
          </w:tcPr>
          <w:p>
            <w:r>
              <w:t>Dogs groomed</w:t>
            </w:r>
          </w:p>
        </w:tc>
        <w:tc>
          <w:tcPr>
            <w:tcW w:type="dxa" w:w="2460"/>
          </w:tcPr>
          <w:p>
            <w:r/>
          </w:p>
        </w:tc>
        <w:tc>
          <w:tcPr>
            <w:tcW w:type="dxa" w:w="2460"/>
          </w:tcPr>
          <w:p>
            <w:r/>
          </w:p>
        </w:tc>
        <w:tc>
          <w:tcPr>
            <w:tcW w:type="dxa" w:w="2460"/>
          </w:tcPr>
          <w:p>
            <w:r/>
          </w:p>
        </w:tc>
      </w:tr>
      <w:tr>
        <w:tc>
          <w:tcPr>
            <w:tcW w:type="dxa" w:w="2460"/>
          </w:tcPr>
          <w:p>
            <w:r>
              <w:t>Average ticket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  <w:tr>
        <w:tc>
          <w:tcPr>
            <w:tcW w:type="dxa" w:w="2460"/>
          </w:tcPr>
          <w:p>
            <w:r>
              <w:t>Revenue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  <w:tr>
        <w:tc>
          <w:tcPr>
            <w:tcW w:type="dxa" w:w="2460"/>
          </w:tcPr>
          <w:p>
            <w:r>
              <w:t>Rent and utilities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  <w:tr>
        <w:tc>
          <w:tcPr>
            <w:tcW w:type="dxa" w:w="2460"/>
          </w:tcPr>
          <w:p>
            <w:r>
              <w:t>Payroll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  <w:tr>
        <w:tc>
          <w:tcPr>
            <w:tcW w:type="dxa" w:w="2460"/>
          </w:tcPr>
          <w:p>
            <w:r>
              <w:t>Supplies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  <w:tr>
        <w:tc>
          <w:tcPr>
            <w:tcW w:type="dxa" w:w="2460"/>
          </w:tcPr>
          <w:p>
            <w:r>
              <w:t>Software, insurance, other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  <w:tr>
        <w:tc>
          <w:tcPr>
            <w:tcW w:type="dxa" w:w="2460"/>
          </w:tcPr>
          <w:p>
            <w:r>
              <w:t>Profit (loss)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  <w:tc>
          <w:tcPr>
            <w:tcW w:type="dxa" w:w="2460"/>
          </w:tcPr>
          <w:p>
            <w:r>
              <w:t>$______</w:t>
            </w:r>
          </w:p>
        </w:tc>
      </w:tr>
    </w:tbl>
    <w:p/>
    <w:p>
      <w:pPr>
        <w:pStyle w:val="Heading2"/>
      </w:pPr>
      <w:r>
        <w:t>10. Funding</w:t>
      </w:r>
    </w:p>
    <w:p>
      <w:r>
        <w:t>Amount needed: $______</w:t>
      </w:r>
    </w:p>
    <w:p>
      <w:r>
        <w:t>Sources: [savings, SBA loan, equipment financing, family]</w:t>
      </w:r>
    </w:p>
    <w:p>
      <w:r>
        <w:t>Break-even month: [month and the number of dogs a week it takes]</w:t>
      </w:r>
    </w:p>
    <w:sectPr w:rsidR="00FC693F" w:rsidRPr="0006063C" w:rsidSect="00034616">
      <w:pgSz w:w="12240" w:h="15840"/>
      <w:pgMar w:top="1080" w:right="1200" w:bottom="108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0101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0101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0101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0101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